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袋のお見積り・ご相談シート</w:t>
      </w:r>
    </w:p>
    <w:p>
      <w:r>
        <w:t>康程優創</w:t>
      </w:r>
    </w:p>
    <w:p>
      <w:r>
        <w:t>わかる範囲でご記入ください。未定の項目は空欄、または「未定・相談希望」で構いません。</w:t>
      </w:r>
    </w:p>
    <w:p>
      <w:pPr>
        <w:pStyle w:val="Heading1"/>
      </w:pPr>
      <w:r>
        <w:t>1  ご連絡先と基本仕様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会社名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ご担当者様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メールアドレス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電話番号（任意）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 xml:space="preserve"> 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袋の形状</w:t>
            </w:r>
            <w:r>
              <w:rPr>
                <w:sz w:val="18"/>
              </w:rPr>
              <w:br/>
              <w:t>不明な場合は写真・デザイン図・現物サンプルで確認できます。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寸法（mm）</w:t>
            </w:r>
            <w:r>
              <w:rPr>
                <w:sz w:val="18"/>
              </w:rPr>
              <w:br/>
              <w:t>幅 × 高さ。底マチ・サイドガゼットがある場合は別記し、寸法図で測定位置を確認します。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付属・加工仕様</w:t>
            </w:r>
            <w:r>
              <w:rPr>
                <w:sz w:val="18"/>
              </w:rPr>
              <w:br/>
              <w:t>チャック、ノッチ、角丸、吊り穴、スパウトなど。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内容物・用途</w:t>
            </w:r>
            <w:r>
              <w:rPr>
                <w:sz w:val="18"/>
              </w:rPr>
              <w:br/>
              <w:t>何を包装するか、使用・保存条件をお知らせください。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</w:tbl>
    <w:p/>
    <w:p>
      <w:r>
        <w:t>ご記入後、シートと関連資料を下記メールアドレスまでご送付ください。</w:t>
      </w:r>
    </w:p>
    <w:p>
      <w:r>
        <w:t>info@ktys-global.jp</w:t>
      </w:r>
    </w:p>
    <w:p>
      <w:r>
        <w:br w:type="page"/>
      </w:r>
    </w:p>
    <w:p>
      <w:pPr>
        <w:pStyle w:val="Title"/>
      </w:pPr>
      <w:r>
        <w:t>袋 追加仕様</w:t>
      </w:r>
    </w:p>
    <w:p>
      <w:pPr>
        <w:pStyle w:val="Heading1"/>
      </w:pPr>
      <w:r>
        <w:t>2  数量 印刷と納品条件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22"/>
        <w:gridCol w:w="5443"/>
      </w:tblGrid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材質・厚み</w:t>
            </w:r>
            <w:r>
              <w:rPr>
                <w:sz w:val="18"/>
              </w:rPr>
              <w:br/>
              <w:t>分かる範囲で記入。不明な場合は内容物・用途をもとに候補をご提案し、適合性を確認します。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数量</w:t>
            </w:r>
            <w:r>
              <w:rPr>
                <w:sz w:val="18"/>
              </w:rPr>
              <w:br/>
              <w:t>数量と単位を記入。デザインが複数ある場合は種類別にお知らせください。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印刷方式</w:t>
            </w:r>
            <w:r>
              <w:rPr>
                <w:sz w:val="18"/>
              </w:rPr>
              <w:br/>
              <w:t>グラビア印刷／デジタル印刷／未定・相談希望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印刷色</w:t>
            </w:r>
            <w:r>
              <w:rPr>
                <w:sz w:val="18"/>
              </w:rPr>
              <w:br/>
              <w:t>色数、白インキ・特色・指定色番号。デザインがあればご提示ください。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特殊印刷・加工</w:t>
            </w:r>
            <w:r>
              <w:rPr>
                <w:sz w:val="18"/>
              </w:rPr>
              <w:br/>
              <w:t>なし／あり／要確認：蛍光インキ、箔押し、エンボス、UV加工、レーザー易開封加工など。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  <w:tr>
        <w:trPr>
          <w:cantSplit/>
        </w:trPr>
        <w:tc>
          <w:tcPr>
            <w:tcW w:type="dxa" w:w="442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梱包・納品条件</w:t>
            </w:r>
            <w:r>
              <w:rPr>
                <w:sz w:val="18"/>
              </w:rPr>
              <w:br/>
              <w:t>梱包の指定、希望納期、納品先。特殊な梱包が必要な場合はご記入ください。</w:t>
            </w:r>
          </w:p>
        </w:tc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br/>
            </w:r>
          </w:p>
        </w:tc>
      </w:tr>
    </w:tbl>
    <w:p/>
    <w:p>
      <w:pPr>
        <w:pStyle w:val="Heading1"/>
      </w:pPr>
      <w:r>
        <w:t>写真 図面 添付資料</w:t>
      </w:r>
    </w:p>
    <w:p>
      <w:r>
        <w:t>写真・寸法図を貼り付けるか、別添ファイル名をご記入ください。既存の仕様書をメールでお送りいただく方法でもご相談いただけます。</w:t>
      </w:r>
    </w:p>
    <w:p>
      <w:r>
        <w:br/>
        <w:br/>
      </w:r>
    </w:p>
    <w:p>
      <w:r>
        <w:t>機密図面・配合等は、共有範囲と秘密保持条件を確認してからお送りください。特殊加工の対応可否と条件は個別に確認します。</w:t>
      </w:r>
    </w:p>
    <w:p>
      <w:r>
        <w:t>送付先  info@ktys-global.jp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Yu Gothic" w:hAnsi="Yu Gothic" w:eastAsia="Yu Gothic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Yu Gothic" w:hAnsi="Yu Gothic" w:eastAsia="Yu Gothic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袋のお見積り・ご相談シート</dc:title>
  <dc:subject/>
  <dc:creator>康程優創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